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Mitarbeitergespräch-Vorlage</w:t>
      </w:r>
    </w:p>
    <w:p>
      <w:r>
        <w:rPr>
          <w:i/>
          <w:color w:val="627684"/>
          <w:sz w:val="19"/>
        </w:rPr>
        <w:t>Vier Bögen: Vorbereitung für den Mitarbeiter, Vorbereitung für die Führungskraft, Gesprächsleitfaden, Protokoll mit Zielvereinbarung. Erklärung und ausgefülltes Beispiel: gaapp.io/de/blog/mitarbeitergespraech-vorlage</w:t>
      </w:r>
    </w:p>
    <w:p>
      <w:pPr>
        <w:pStyle w:val="Heading1"/>
      </w:pPr>
      <w:r>
        <w:t>Bogen 1: Vorbereitung für den Mitarbeiter</w:t>
      </w:r>
    </w:p>
    <w:p>
      <w:r>
        <w:rPr>
          <w:i/>
          <w:color w:val="627684"/>
          <w:sz w:val="19"/>
        </w:rPr>
        <w:t>Geht mit der Einladung raus, zwei Wochen vor dem Termin. Etwa 45 Minuten. Jede Antwort möglichst mit Zahl.</w:t>
      </w:r>
    </w:p>
    <w:tbl>
      <w:tblPr>
        <w:tblStyle w:val="TableGrid"/>
        <w:tblW w:w="9639" w:type="dxa"/>
        <w:jc w:val="center"/>
        <w:tblBorders>
          <w:top w:val="single" w:sz="4" w:space="0" w:color="B8C4CE"/>
          <w:left w:val="single" w:sz="4" w:space="0" w:color="B8C4CE"/>
          <w:bottom w:val="single" w:sz="4" w:space="0" w:color="B8C4CE"/>
          <w:right w:val="single" w:sz="4" w:space="0" w:color="B8C4CE"/>
          <w:insideH w:val="single" w:sz="4" w:space="0" w:color="B8C4CE"/>
          <w:insideV w:val="single" w:sz="4" w:space="0" w:color="B8C4CE"/>
        </w:tblBorders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color="auto" w:fill="E2ECF3"/>
          </w:tcPr>
          <w:p>
            <w:r/>
            <w:r>
              <w:rPr>
                <w:b/>
                <w:sz w:val="18"/>
              </w:rPr>
              <w:t>Name</w:t>
            </w:r>
          </w:p>
        </w:tc>
        <w:tc>
          <w:tcPr>
            <w:tcW w:type="dxa" w:w="4819"/>
            <w:shd w:val="clear" w:color="auto" w:fill="E2ECF3"/>
          </w:tcPr>
          <w:p>
            <w:r/>
            <w:r>
              <w:rPr>
                <w:b/>
                <w:sz w:val="18"/>
              </w:rPr>
              <w:t>Gespräch am</w:t>
            </w:r>
          </w:p>
        </w:tc>
      </w:tr>
      <w:tr>
        <w:trPr>
          <w:trHeight w:val="453" w:hRule="atLeast"/>
        </w:trPr>
        <w:tc>
          <w:tcPr>
            <w:tcW w:type="dxa" w:w="4819"/>
          </w:tcPr>
          <w:p>
            <w:r/>
          </w:p>
        </w:tc>
        <w:tc>
          <w:tcPr>
            <w:tcW w:type="dxa" w:w="4819"/>
          </w:tcPr>
          <w:p>
            <w:r/>
          </w:p>
        </w:tc>
      </w:tr>
    </w:tbl>
    <w:p/>
    <w:tbl>
      <w:tblPr>
        <w:tblStyle w:val="TableGrid"/>
        <w:tblW w:w="9639" w:type="dxa"/>
        <w:jc w:val="center"/>
        <w:tblBorders>
          <w:top w:val="single" w:sz="4" w:space="0" w:color="B8C4CE"/>
          <w:left w:val="single" w:sz="4" w:space="0" w:color="B8C4CE"/>
          <w:bottom w:val="single" w:sz="4" w:space="0" w:color="B8C4CE"/>
          <w:right w:val="single" w:sz="4" w:space="0" w:color="B8C4CE"/>
          <w:insideH w:val="single" w:sz="4" w:space="0" w:color="B8C4CE"/>
          <w:insideV w:val="single" w:sz="4" w:space="0" w:color="B8C4CE"/>
        </w:tblBorders>
        <w:tblLayout w:type="fixed"/>
        <w:tblLook w:firstColumn="1" w:firstRow="1" w:lastColumn="0" w:lastRow="0" w:noHBand="0" w:noVBand="1" w:val="04A0"/>
      </w:tblPr>
      <w:tblGrid>
        <w:gridCol w:w="2041"/>
        <w:gridCol w:w="3061"/>
        <w:gridCol w:w="4536"/>
      </w:tblGrid>
      <w:tr>
        <w:tc>
          <w:tcPr>
            <w:tcW w:type="dxa" w:w="2041"/>
            <w:shd w:val="clear" w:color="auto" w:fill="E2ECF3"/>
          </w:tcPr>
          <w:p>
            <w:r/>
            <w:r>
              <w:rPr>
                <w:b/>
                <w:sz w:val="18"/>
              </w:rPr>
              <w:t>Feld</w:t>
            </w:r>
          </w:p>
        </w:tc>
        <w:tc>
          <w:tcPr>
            <w:tcW w:type="dxa" w:w="3061"/>
            <w:shd w:val="clear" w:color="auto" w:fill="E2ECF3"/>
          </w:tcPr>
          <w:p>
            <w:r/>
            <w:r>
              <w:rPr>
                <w:b/>
                <w:sz w:val="18"/>
              </w:rPr>
              <w:t>Frage</w:t>
            </w:r>
          </w:p>
        </w:tc>
        <w:tc>
          <w:tcPr>
            <w:tcW w:type="dxa" w:w="4535"/>
            <w:shd w:val="clear" w:color="auto" w:fill="E2ECF3"/>
          </w:tcPr>
          <w:p>
            <w:r/>
            <w:r>
              <w:rPr>
                <w:b/>
                <w:sz w:val="18"/>
              </w:rPr>
              <w:t>Deine Antwort</w:t>
            </w:r>
          </w:p>
        </w:tc>
      </w:tr>
      <w:tr>
        <w:trPr>
          <w:trHeight w:val="844" w:hRule="atLeast"/>
        </w:trPr>
        <w:tc>
          <w:tcPr>
            <w:tcW w:type="dxa" w:w="2041"/>
          </w:tcPr>
          <w:p>
            <w:r/>
            <w:r>
              <w:rPr>
                <w:b/>
                <w:sz w:val="20"/>
              </w:rPr>
              <w:t>Das Jahr in einem Satz</w:t>
            </w:r>
          </w:p>
        </w:tc>
        <w:tc>
          <w:tcPr>
            <w:tcW w:type="dxa" w:w="3061"/>
          </w:tcPr>
          <w:p>
            <w:r/>
            <w:r>
              <w:rPr>
                <w:b w:val="0"/>
                <w:sz w:val="19"/>
              </w:rPr>
              <w:t>Wie würdest du dein Jahr in einem Satz beschreiben?</w:t>
            </w:r>
          </w:p>
        </w:tc>
        <w:tc>
          <w:tcPr>
            <w:tcW w:type="dxa" w:w="4535"/>
          </w:tcPr>
          <w:p>
            <w:r/>
          </w:p>
        </w:tc>
      </w:tr>
      <w:tr>
        <w:trPr>
          <w:trHeight w:val="1899" w:hRule="atLeast"/>
        </w:trPr>
        <w:tc>
          <w:tcPr>
            <w:tcW w:type="dxa" w:w="2041"/>
          </w:tcPr>
          <w:p>
            <w:r/>
            <w:r>
              <w:rPr>
                <w:b/>
                <w:sz w:val="20"/>
              </w:rPr>
              <w:t>Ziele aus dem Vorjahr</w:t>
            </w:r>
          </w:p>
        </w:tc>
        <w:tc>
          <w:tcPr>
            <w:tcW w:type="dxa" w:w="3061"/>
          </w:tcPr>
          <w:p>
            <w:r/>
            <w:r>
              <w:rPr>
                <w:b w:val="0"/>
                <w:sz w:val="19"/>
              </w:rPr>
              <w:t>Wo stehst du bei jedem vereinbarten Ziel, als Zahl?</w:t>
            </w:r>
          </w:p>
        </w:tc>
        <w:tc>
          <w:tcPr>
            <w:tcW w:type="dxa" w:w="4535"/>
          </w:tcPr>
          <w:p>
            <w:r/>
          </w:p>
        </w:tc>
      </w:tr>
      <w:tr>
        <w:trPr>
          <w:trHeight w:val="844" w:hRule="atLeast"/>
        </w:trPr>
        <w:tc>
          <w:tcPr>
            <w:tcW w:type="dxa" w:w="2041"/>
          </w:tcPr>
          <w:p>
            <w:r/>
            <w:r>
              <w:rPr>
                <w:b/>
                <w:sz w:val="20"/>
              </w:rPr>
              <w:t>Worauf du stolz bist</w:t>
            </w:r>
          </w:p>
        </w:tc>
        <w:tc>
          <w:tcPr>
            <w:tcW w:type="dxa" w:w="3061"/>
          </w:tcPr>
          <w:p>
            <w:r/>
            <w:r>
              <w:rPr>
                <w:b w:val="0"/>
                <w:sz w:val="19"/>
              </w:rPr>
              <w:t>Welche Sache aus diesem Jahr soll im Gespräch auf jeden Fall vorkommen?</w:t>
            </w:r>
          </w:p>
        </w:tc>
        <w:tc>
          <w:tcPr>
            <w:tcW w:type="dxa" w:w="4535"/>
          </w:tcPr>
          <w:p>
            <w:r/>
          </w:p>
        </w:tc>
      </w:tr>
      <w:tr>
        <w:trPr>
          <w:trHeight w:val="1196" w:hRule="atLeast"/>
        </w:trPr>
        <w:tc>
          <w:tcPr>
            <w:tcW w:type="dxa" w:w="2041"/>
          </w:tcPr>
          <w:p>
            <w:r/>
            <w:r>
              <w:rPr>
                <w:b/>
                <w:sz w:val="20"/>
              </w:rPr>
              <w:t>Was dich gebremst hat</w:t>
            </w:r>
          </w:p>
        </w:tc>
        <w:tc>
          <w:tcPr>
            <w:tcW w:type="dxa" w:w="3061"/>
          </w:tcPr>
          <w:p>
            <w:r/>
            <w:r>
              <w:rPr>
                <w:b w:val="0"/>
                <w:sz w:val="19"/>
              </w:rPr>
              <w:t>Was hat dich Zeit gekostet, die du lieber anders genutzt hättest?</w:t>
            </w:r>
          </w:p>
        </w:tc>
        <w:tc>
          <w:tcPr>
            <w:tcW w:type="dxa" w:w="4535"/>
          </w:tcPr>
          <w:p>
            <w:r/>
          </w:p>
        </w:tc>
      </w:tr>
      <w:tr>
        <w:trPr>
          <w:trHeight w:val="1196" w:hRule="atLeast"/>
        </w:trPr>
        <w:tc>
          <w:tcPr>
            <w:tcW w:type="dxa" w:w="2041"/>
          </w:tcPr>
          <w:p>
            <w:r/>
            <w:r>
              <w:rPr>
                <w:b/>
                <w:sz w:val="20"/>
              </w:rPr>
              <w:t>Zusammenarbeit</w:t>
            </w:r>
          </w:p>
        </w:tc>
        <w:tc>
          <w:tcPr>
            <w:tcW w:type="dxa" w:w="3061"/>
          </w:tcPr>
          <w:p>
            <w:r/>
            <w:r>
              <w:rPr>
                <w:b w:val="0"/>
                <w:sz w:val="19"/>
              </w:rPr>
              <w:t>Was soll im Team oder mit mir so bleiben, was soll sich ändern?</w:t>
            </w:r>
          </w:p>
        </w:tc>
        <w:tc>
          <w:tcPr>
            <w:tcW w:type="dxa" w:w="4535"/>
          </w:tcPr>
          <w:p>
            <w:r/>
          </w:p>
        </w:tc>
      </w:tr>
      <w:tr>
        <w:trPr>
          <w:trHeight w:val="844" w:hRule="atLeast"/>
        </w:trPr>
        <w:tc>
          <w:tcPr>
            <w:tcW w:type="dxa" w:w="2041"/>
          </w:tcPr>
          <w:p>
            <w:r/>
            <w:r>
              <w:rPr>
                <w:b/>
                <w:sz w:val="20"/>
              </w:rPr>
              <w:t>Entwicklung</w:t>
            </w:r>
          </w:p>
        </w:tc>
        <w:tc>
          <w:tcPr>
            <w:tcW w:type="dxa" w:w="3061"/>
          </w:tcPr>
          <w:p>
            <w:r/>
            <w:r>
              <w:rPr>
                <w:b w:val="0"/>
                <w:sz w:val="19"/>
              </w:rPr>
              <w:t>Was willst du in einem Jahr können, das du heute nicht kannst?</w:t>
            </w:r>
          </w:p>
        </w:tc>
        <w:tc>
          <w:tcPr>
            <w:tcW w:type="dxa" w:w="4535"/>
          </w:tcPr>
          <w:p>
            <w:r/>
          </w:p>
        </w:tc>
      </w:tr>
      <w:tr>
        <w:trPr>
          <w:trHeight w:val="844" w:hRule="atLeast"/>
        </w:trPr>
        <w:tc>
          <w:tcPr>
            <w:tcW w:type="dxa" w:w="2041"/>
          </w:tcPr>
          <w:p>
            <w:r/>
            <w:r>
              <w:rPr>
                <w:b/>
                <w:sz w:val="20"/>
              </w:rPr>
              <w:t>Unterstützung</w:t>
            </w:r>
          </w:p>
        </w:tc>
        <w:tc>
          <w:tcPr>
            <w:tcW w:type="dxa" w:w="3061"/>
          </w:tcPr>
          <w:p>
            <w:r/>
            <w:r>
              <w:rPr>
                <w:b w:val="0"/>
                <w:sz w:val="19"/>
              </w:rPr>
              <w:t>Was brauchst du von mir dafür?</w:t>
            </w:r>
          </w:p>
        </w:tc>
        <w:tc>
          <w:tcPr>
            <w:tcW w:type="dxa" w:w="4535"/>
          </w:tcPr>
          <w:p>
            <w:r/>
          </w:p>
        </w:tc>
      </w:tr>
      <w:tr>
        <w:trPr>
          <w:trHeight w:val="1196" w:hRule="atLeast"/>
        </w:trPr>
        <w:tc>
          <w:tcPr>
            <w:tcW w:type="dxa" w:w="2041"/>
          </w:tcPr>
          <w:p>
            <w:r/>
            <w:r>
              <w:rPr>
                <w:b/>
                <w:sz w:val="20"/>
              </w:rPr>
              <w:t>Deine drei Themen</w:t>
            </w:r>
          </w:p>
        </w:tc>
        <w:tc>
          <w:tcPr>
            <w:tcW w:type="dxa" w:w="3061"/>
          </w:tcPr>
          <w:p>
            <w:r/>
            <w:r>
              <w:rPr>
                <w:b w:val="0"/>
                <w:sz w:val="19"/>
              </w:rPr>
              <w:t>Worüber willst du im Gespräch auf jeden Fall sprechen?</w:t>
            </w:r>
          </w:p>
        </w:tc>
        <w:tc>
          <w:tcPr>
            <w:tcW w:type="dxa" w:w="4535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Bogen 2: Vorbereitung für die Führungskraft</w:t>
      </w:r>
    </w:p>
    <w:p>
      <w:r>
        <w:rPr>
          <w:i/>
          <w:color w:val="627684"/>
          <w:sz w:val="19"/>
        </w:rPr>
        <w:t>Eine Woche vorher ausfüllen, mit den Zielen und Zahlen des Vorjahres. Eine Rückmeldung, nicht fünf.</w:t>
      </w:r>
    </w:p>
    <w:tbl>
      <w:tblPr>
        <w:tblStyle w:val="TableGrid"/>
        <w:tblW w:w="9639" w:type="dxa"/>
        <w:jc w:val="center"/>
        <w:tblBorders>
          <w:top w:val="single" w:sz="4" w:space="0" w:color="B8C4CE"/>
          <w:left w:val="single" w:sz="4" w:space="0" w:color="B8C4CE"/>
          <w:bottom w:val="single" w:sz="4" w:space="0" w:color="B8C4CE"/>
          <w:right w:val="single" w:sz="4" w:space="0" w:color="B8C4CE"/>
          <w:insideH w:val="single" w:sz="4" w:space="0" w:color="B8C4CE"/>
          <w:insideV w:val="single" w:sz="4" w:space="0" w:color="B8C4CE"/>
        </w:tblBorders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color="auto" w:fill="E2ECF3"/>
          </w:tcPr>
          <w:p>
            <w:r/>
            <w:r>
              <w:rPr>
                <w:b/>
                <w:sz w:val="18"/>
              </w:rPr>
              <w:t>Mitarbeiter</w:t>
            </w:r>
          </w:p>
        </w:tc>
        <w:tc>
          <w:tcPr>
            <w:tcW w:type="dxa" w:w="4819"/>
            <w:shd w:val="clear" w:color="auto" w:fill="E2ECF3"/>
          </w:tcPr>
          <w:p>
            <w:r/>
            <w:r>
              <w:rPr>
                <w:b/>
                <w:sz w:val="18"/>
              </w:rPr>
              <w:t>Gespräch am</w:t>
            </w:r>
          </w:p>
        </w:tc>
      </w:tr>
      <w:tr>
        <w:trPr>
          <w:trHeight w:val="453" w:hRule="atLeast"/>
        </w:trPr>
        <w:tc>
          <w:tcPr>
            <w:tcW w:type="dxa" w:w="4819"/>
          </w:tcPr>
          <w:p>
            <w:r/>
          </w:p>
        </w:tc>
        <w:tc>
          <w:tcPr>
            <w:tcW w:type="dxa" w:w="4819"/>
          </w:tcPr>
          <w:p>
            <w:r/>
          </w:p>
        </w:tc>
      </w:tr>
    </w:tbl>
    <w:p/>
    <w:tbl>
      <w:tblPr>
        <w:tblStyle w:val="TableGrid"/>
        <w:tblW w:w="9639" w:type="dxa"/>
        <w:jc w:val="center"/>
        <w:tblBorders>
          <w:top w:val="single" w:sz="4" w:space="0" w:color="B8C4CE"/>
          <w:left w:val="single" w:sz="4" w:space="0" w:color="B8C4CE"/>
          <w:bottom w:val="single" w:sz="4" w:space="0" w:color="B8C4CE"/>
          <w:right w:val="single" w:sz="4" w:space="0" w:color="B8C4CE"/>
          <w:insideH w:val="single" w:sz="4" w:space="0" w:color="B8C4CE"/>
          <w:insideV w:val="single" w:sz="4" w:space="0" w:color="B8C4CE"/>
        </w:tblBorders>
        <w:tblLayout w:type="fixed"/>
        <w:tblLook w:firstColumn="1" w:firstRow="1" w:lastColumn="0" w:lastRow="0" w:noHBand="0" w:noVBand="1" w:val="04A0"/>
      </w:tblPr>
      <w:tblGrid>
        <w:gridCol w:w="2041"/>
        <w:gridCol w:w="3061"/>
        <w:gridCol w:w="4536"/>
      </w:tblGrid>
      <w:tr>
        <w:tc>
          <w:tcPr>
            <w:tcW w:type="dxa" w:w="2041"/>
            <w:shd w:val="clear" w:color="auto" w:fill="E2ECF3"/>
          </w:tcPr>
          <w:p>
            <w:r/>
            <w:r>
              <w:rPr>
                <w:b/>
                <w:sz w:val="18"/>
              </w:rPr>
              <w:t>Feld</w:t>
            </w:r>
          </w:p>
        </w:tc>
        <w:tc>
          <w:tcPr>
            <w:tcW w:type="dxa" w:w="3061"/>
            <w:shd w:val="clear" w:color="auto" w:fill="E2ECF3"/>
          </w:tcPr>
          <w:p>
            <w:r/>
            <w:r>
              <w:rPr>
                <w:b/>
                <w:sz w:val="18"/>
              </w:rPr>
              <w:t>Frage</w:t>
            </w:r>
          </w:p>
        </w:tc>
        <w:tc>
          <w:tcPr>
            <w:tcW w:type="dxa" w:w="4535"/>
            <w:shd w:val="clear" w:color="auto" w:fill="E2ECF3"/>
          </w:tcPr>
          <w:p>
            <w:r/>
            <w:r>
              <w:rPr>
                <w:b/>
                <w:sz w:val="18"/>
              </w:rPr>
              <w:t>Meine Einschätzung</w:t>
            </w:r>
          </w:p>
        </w:tc>
      </w:tr>
      <w:tr>
        <w:trPr>
          <w:trHeight w:val="1899" w:hRule="atLeast"/>
        </w:trPr>
        <w:tc>
          <w:tcPr>
            <w:tcW w:type="dxa" w:w="2041"/>
          </w:tcPr>
          <w:p>
            <w:r/>
            <w:r>
              <w:rPr>
                <w:b/>
                <w:sz w:val="20"/>
              </w:rPr>
              <w:t>Stand der Ziele</w:t>
            </w:r>
          </w:p>
        </w:tc>
        <w:tc>
          <w:tcPr>
            <w:tcW w:type="dxa" w:w="3061"/>
          </w:tcPr>
          <w:p>
            <w:r/>
            <w:r>
              <w:rPr>
                <w:b w:val="0"/>
                <w:sz w:val="19"/>
              </w:rPr>
              <w:t>Wie schätze ich jedes Ziel aus dem Vorjahr ein, mit Zahl?</w:t>
            </w:r>
          </w:p>
        </w:tc>
        <w:tc>
          <w:tcPr>
            <w:tcW w:type="dxa" w:w="4535"/>
          </w:tcPr>
          <w:p>
            <w:r/>
          </w:p>
        </w:tc>
      </w:tr>
      <w:tr>
        <w:trPr>
          <w:trHeight w:val="844" w:hRule="atLeast"/>
        </w:trPr>
        <w:tc>
          <w:tcPr>
            <w:tcW w:type="dxa" w:w="2041"/>
          </w:tcPr>
          <w:p>
            <w:r/>
            <w:r>
              <w:rPr>
                <w:b/>
                <w:sz w:val="20"/>
              </w:rPr>
              <w:t>Stärkste Leistung</w:t>
            </w:r>
          </w:p>
        </w:tc>
        <w:tc>
          <w:tcPr>
            <w:tcW w:type="dxa" w:w="3061"/>
          </w:tcPr>
          <w:p>
            <w:r/>
            <w:r>
              <w:rPr>
                <w:b w:val="0"/>
                <w:sz w:val="19"/>
              </w:rPr>
              <w:t>Welche konkrete Situation will ich anerkennen?</w:t>
            </w:r>
          </w:p>
        </w:tc>
        <w:tc>
          <w:tcPr>
            <w:tcW w:type="dxa" w:w="4535"/>
          </w:tcPr>
          <w:p>
            <w:r/>
          </w:p>
        </w:tc>
      </w:tr>
      <w:tr>
        <w:trPr>
          <w:trHeight w:val="1196" w:hRule="atLeast"/>
        </w:trPr>
        <w:tc>
          <w:tcPr>
            <w:tcW w:type="dxa" w:w="2041"/>
          </w:tcPr>
          <w:p>
            <w:r/>
            <w:r>
              <w:rPr>
                <w:b/>
                <w:sz w:val="20"/>
              </w:rPr>
              <w:t>Eine Rückmeldung</w:t>
            </w:r>
          </w:p>
        </w:tc>
        <w:tc>
          <w:tcPr>
            <w:tcW w:type="dxa" w:w="3061"/>
          </w:tcPr>
          <w:p>
            <w:r/>
            <w:r>
              <w:rPr>
                <w:b w:val="0"/>
                <w:sz w:val="19"/>
              </w:rPr>
              <w:t>Welche eine Sache soll er oder sie anders machen, mit Beispiel?</w:t>
            </w:r>
          </w:p>
        </w:tc>
        <w:tc>
          <w:tcPr>
            <w:tcW w:type="dxa" w:w="4535"/>
          </w:tcPr>
          <w:p>
            <w:r/>
          </w:p>
        </w:tc>
      </w:tr>
      <w:tr>
        <w:trPr>
          <w:trHeight w:val="844" w:hRule="atLeast"/>
        </w:trPr>
        <w:tc>
          <w:tcPr>
            <w:tcW w:type="dxa" w:w="2041"/>
          </w:tcPr>
          <w:p>
            <w:r/>
            <w:r>
              <w:rPr>
                <w:b/>
                <w:sz w:val="20"/>
              </w:rPr>
              <w:t>Teamziel nächstes Jahr</w:t>
            </w:r>
          </w:p>
        </w:tc>
        <w:tc>
          <w:tcPr>
            <w:tcW w:type="dxa" w:w="3061"/>
          </w:tcPr>
          <w:p>
            <w:r/>
            <w:r>
              <w:rPr>
                <w:b w:val="0"/>
                <w:sz w:val="19"/>
              </w:rPr>
              <w:t>Welches Ziel des Teams muss er oder sie mittragen?</w:t>
            </w:r>
          </w:p>
        </w:tc>
        <w:tc>
          <w:tcPr>
            <w:tcW w:type="dxa" w:w="4535"/>
          </w:tcPr>
          <w:p>
            <w:r/>
          </w:p>
        </w:tc>
      </w:tr>
      <w:tr>
        <w:trPr>
          <w:trHeight w:val="1196" w:hRule="atLeast"/>
        </w:trPr>
        <w:tc>
          <w:tcPr>
            <w:tcW w:type="dxa" w:w="2041"/>
          </w:tcPr>
          <w:p>
            <w:r/>
            <w:r>
              <w:rPr>
                <w:b/>
                <w:sz w:val="20"/>
              </w:rPr>
              <w:t>Zielvorschlag</w:t>
            </w:r>
          </w:p>
        </w:tc>
        <w:tc>
          <w:tcPr>
            <w:tcW w:type="dxa" w:w="3061"/>
          </w:tcPr>
          <w:p>
            <w:r/>
            <w:r>
              <w:rPr>
                <w:b w:val="0"/>
                <w:sz w:val="19"/>
              </w:rPr>
              <w:t>Welche zwei bis drei Ziele schlage ich vor?</w:t>
            </w:r>
          </w:p>
        </w:tc>
        <w:tc>
          <w:tcPr>
            <w:tcW w:type="dxa" w:w="4535"/>
          </w:tcPr>
          <w:p>
            <w:r/>
          </w:p>
        </w:tc>
      </w:tr>
      <w:tr>
        <w:trPr>
          <w:trHeight w:val="844" w:hRule="atLeast"/>
        </w:trPr>
        <w:tc>
          <w:tcPr>
            <w:tcW w:type="dxa" w:w="2041"/>
          </w:tcPr>
          <w:p>
            <w:r/>
            <w:r>
              <w:rPr>
                <w:b/>
                <w:sz w:val="20"/>
              </w:rPr>
              <w:t>Entwicklung</w:t>
            </w:r>
          </w:p>
        </w:tc>
        <w:tc>
          <w:tcPr>
            <w:tcW w:type="dxa" w:w="3061"/>
          </w:tcPr>
          <w:p>
            <w:r/>
            <w:r>
              <w:rPr>
                <w:b w:val="0"/>
                <w:sz w:val="19"/>
              </w:rPr>
              <w:t>Was traue ich ihm oder ihr in einem Jahr zu?</w:t>
            </w:r>
          </w:p>
        </w:tc>
        <w:tc>
          <w:tcPr>
            <w:tcW w:type="dxa" w:w="4535"/>
          </w:tcPr>
          <w:p>
            <w:r/>
          </w:p>
        </w:tc>
      </w:tr>
      <w:tr>
        <w:trPr>
          <w:trHeight w:val="844" w:hRule="atLeast"/>
        </w:trPr>
        <w:tc>
          <w:tcPr>
            <w:tcW w:type="dxa" w:w="2041"/>
          </w:tcPr>
          <w:p>
            <w:r/>
            <w:r>
              <w:rPr>
                <w:b/>
                <w:sz w:val="20"/>
              </w:rPr>
              <w:t>Rahmen</w:t>
            </w:r>
          </w:p>
        </w:tc>
        <w:tc>
          <w:tcPr>
            <w:tcW w:type="dxa" w:w="3061"/>
          </w:tcPr>
          <w:p>
            <w:r/>
            <w:r>
              <w:rPr>
                <w:b w:val="0"/>
                <w:sz w:val="19"/>
              </w:rPr>
              <w:t>Was kann ich zusagen und was nicht?</w:t>
            </w:r>
          </w:p>
        </w:tc>
        <w:tc>
          <w:tcPr>
            <w:tcW w:type="dxa" w:w="4535"/>
          </w:tcPr>
          <w:p>
            <w:r/>
          </w:p>
        </w:tc>
      </w:tr>
      <w:tr>
        <w:trPr>
          <w:trHeight w:val="1196" w:hRule="atLeast"/>
        </w:trPr>
        <w:tc>
          <w:tcPr>
            <w:tcW w:type="dxa" w:w="2041"/>
          </w:tcPr>
          <w:p>
            <w:r/>
            <w:r>
              <w:rPr>
                <w:b/>
                <w:sz w:val="20"/>
              </w:rPr>
              <w:t>Meine drei Themen</w:t>
            </w:r>
          </w:p>
        </w:tc>
        <w:tc>
          <w:tcPr>
            <w:tcW w:type="dxa" w:w="3061"/>
          </w:tcPr>
          <w:p>
            <w:r/>
            <w:r>
              <w:rPr>
                <w:b w:val="0"/>
                <w:sz w:val="19"/>
              </w:rPr>
              <w:t>Was muss ich ansprechen?</w:t>
            </w:r>
          </w:p>
        </w:tc>
        <w:tc>
          <w:tcPr>
            <w:tcW w:type="dxa" w:w="4535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Bogen 3: Gesprächsleitfaden</w:t>
      </w:r>
    </w:p>
    <w:p>
      <w:r>
        <w:rPr>
          <w:i/>
          <w:color w:val="627684"/>
          <w:sz w:val="19"/>
        </w:rPr>
        <w:t>Liegt im Gespräch für beide sichtbar. 60 Minuten im Raum, 75 im Kalender. Nach jeder Antwort: Und was noch?</w:t>
      </w:r>
    </w:p>
    <w:tbl>
      <w:tblPr>
        <w:tblStyle w:val="TableGrid"/>
        <w:tblW w:w="9639" w:type="dxa"/>
        <w:jc w:val="center"/>
        <w:tblBorders>
          <w:top w:val="single" w:sz="4" w:space="0" w:color="B8C4CE"/>
          <w:left w:val="single" w:sz="4" w:space="0" w:color="B8C4CE"/>
          <w:bottom w:val="single" w:sz="4" w:space="0" w:color="B8C4CE"/>
          <w:right w:val="single" w:sz="4" w:space="0" w:color="B8C4CE"/>
          <w:insideH w:val="single" w:sz="4" w:space="0" w:color="B8C4CE"/>
          <w:insideV w:val="single" w:sz="4" w:space="0" w:color="B8C4CE"/>
        </w:tblBorders>
        <w:tblLayout w:type="fixed"/>
        <w:tblLook w:firstColumn="1" w:firstRow="1" w:lastColumn="0" w:lastRow="0" w:noHBand="0" w:noVBand="1" w:val="04A0"/>
      </w:tblPr>
      <w:tblGrid>
        <w:gridCol w:w="1814"/>
        <w:gridCol w:w="680"/>
        <w:gridCol w:w="3402"/>
        <w:gridCol w:w="3742"/>
      </w:tblGrid>
      <w:tr>
        <w:tc>
          <w:tcPr>
            <w:tcW w:type="dxa" w:w="1814"/>
            <w:shd w:val="clear" w:color="auto" w:fill="E2ECF3"/>
          </w:tcPr>
          <w:p>
            <w:r/>
            <w:r>
              <w:rPr>
                <w:b/>
                <w:sz w:val="18"/>
              </w:rPr>
              <w:t>Phase</w:t>
            </w:r>
          </w:p>
        </w:tc>
        <w:tc>
          <w:tcPr>
            <w:tcW w:type="dxa" w:w="680"/>
            <w:shd w:val="clear" w:color="auto" w:fill="E2ECF3"/>
          </w:tcPr>
          <w:p>
            <w:r/>
            <w:r>
              <w:rPr>
                <w:b/>
                <w:sz w:val="18"/>
              </w:rPr>
              <w:t>Min.</w:t>
            </w:r>
          </w:p>
        </w:tc>
        <w:tc>
          <w:tcPr>
            <w:tcW w:type="dxa" w:w="3402"/>
            <w:shd w:val="clear" w:color="auto" w:fill="E2ECF3"/>
          </w:tcPr>
          <w:p>
            <w:r/>
            <w:r>
              <w:rPr>
                <w:b/>
                <w:sz w:val="18"/>
              </w:rPr>
              <w:t>Fragen der Führungskraft</w:t>
            </w:r>
          </w:p>
        </w:tc>
        <w:tc>
          <w:tcPr>
            <w:tcW w:type="dxa" w:w="3742"/>
            <w:shd w:val="clear" w:color="auto" w:fill="E2ECF3"/>
          </w:tcPr>
          <w:p>
            <w:r/>
            <w:r>
              <w:rPr>
                <w:b/>
                <w:sz w:val="18"/>
              </w:rPr>
              <w:t>Notizen</w:t>
            </w:r>
          </w:p>
        </w:tc>
      </w:tr>
      <w:tr>
        <w:trPr>
          <w:trHeight w:val="1247" w:hRule="atLeast"/>
        </w:trPr>
        <w:tc>
          <w:tcPr>
            <w:tcW w:type="dxa" w:w="1814"/>
          </w:tcPr>
          <w:p>
            <w:r/>
            <w:r>
              <w:rPr>
                <w:b/>
                <w:sz w:val="20"/>
              </w:rPr>
              <w:t>Einstieg</w:t>
            </w:r>
          </w:p>
        </w:tc>
        <w:tc>
          <w:tcPr>
            <w:tcW w:type="dxa" w:w="680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19"/>
              </w:rPr>
              <w:t>Wir haben 60 Minuten. Erst das Jahr, dann die Ziele, am Ende das Protokoll. Was ist dir für heute am wichtigsten?</w:t>
            </w:r>
          </w:p>
        </w:tc>
        <w:tc>
          <w:tcPr>
            <w:tcW w:type="dxa" w:w="3742"/>
          </w:tcPr>
          <w:p>
            <w:r/>
          </w:p>
        </w:tc>
      </w:tr>
      <w:tr>
        <w:trPr>
          <w:trHeight w:val="1247" w:hRule="atLeast"/>
        </w:trPr>
        <w:tc>
          <w:tcPr>
            <w:tcW w:type="dxa" w:w="1814"/>
          </w:tcPr>
          <w:p>
            <w:r/>
            <w:r>
              <w:rPr>
                <w:b/>
                <w:sz w:val="20"/>
              </w:rPr>
              <w:t>Rückblick: Ziele</w:t>
            </w:r>
          </w:p>
        </w:tc>
        <w:tc>
          <w:tcPr>
            <w:tcW w:type="dxa" w:w="680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19"/>
              </w:rPr>
              <w:t>Wo stehst du bei jedem Ziel? Was hat geholfen, was hat gebremst?</w:t>
            </w:r>
          </w:p>
        </w:tc>
        <w:tc>
          <w:tcPr>
            <w:tcW w:type="dxa" w:w="3742"/>
          </w:tcPr>
          <w:p>
            <w:r/>
          </w:p>
        </w:tc>
      </w:tr>
      <w:tr>
        <w:trPr>
          <w:trHeight w:val="1247" w:hRule="atLeast"/>
        </w:trPr>
        <w:tc>
          <w:tcPr>
            <w:tcW w:type="dxa" w:w="1814"/>
          </w:tcPr>
          <w:p>
            <w:r/>
            <w:r>
              <w:rPr>
                <w:b/>
                <w:sz w:val="20"/>
              </w:rPr>
              <w:t>Rückblick: Zusammenarbeit</w:t>
            </w:r>
          </w:p>
        </w:tc>
        <w:tc>
          <w:tcPr>
            <w:tcW w:type="dxa" w:w="680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19"/>
              </w:rPr>
              <w:t>Was soll bleiben, was soll sich ändern? Was soll ich anders machen?</w:t>
            </w:r>
          </w:p>
        </w:tc>
        <w:tc>
          <w:tcPr>
            <w:tcW w:type="dxa" w:w="3742"/>
          </w:tcPr>
          <w:p>
            <w:r/>
          </w:p>
        </w:tc>
      </w:tr>
      <w:tr>
        <w:trPr>
          <w:trHeight w:val="1247" w:hRule="atLeast"/>
        </w:trPr>
        <w:tc>
          <w:tcPr>
            <w:tcW w:type="dxa" w:w="1814"/>
          </w:tcPr>
          <w:p>
            <w:r/>
            <w:r>
              <w:rPr>
                <w:b/>
                <w:sz w:val="20"/>
              </w:rPr>
              <w:t>Ausblick: Ziele</w:t>
            </w:r>
          </w:p>
        </w:tc>
        <w:tc>
          <w:tcPr>
            <w:tcW w:type="dxa" w:w="680"/>
          </w:tcPr>
          <w:p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19"/>
              </w:rPr>
              <w:t>Was soll in einem Jahr anders sein? Woran messen wir das? Was brauchst du dafür?</w:t>
            </w:r>
          </w:p>
        </w:tc>
        <w:tc>
          <w:tcPr>
            <w:tcW w:type="dxa" w:w="3742"/>
          </w:tcPr>
          <w:p>
            <w:r/>
          </w:p>
        </w:tc>
      </w:tr>
      <w:tr>
        <w:trPr>
          <w:trHeight w:val="1247" w:hRule="atLeast"/>
        </w:trPr>
        <w:tc>
          <w:tcPr>
            <w:tcW w:type="dxa" w:w="1814"/>
          </w:tcPr>
          <w:p>
            <w:r/>
            <w:r>
              <w:rPr>
                <w:b/>
                <w:sz w:val="20"/>
              </w:rPr>
              <w:t>Ausblick: Entwicklung</w:t>
            </w:r>
          </w:p>
        </w:tc>
        <w:tc>
          <w:tcPr>
            <w:tcW w:type="dxa" w:w="680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19"/>
              </w:rPr>
              <w:t>Wo willst du in zwei Jahren stehen? Was ist der erste Schritt dahin?</w:t>
            </w:r>
          </w:p>
        </w:tc>
        <w:tc>
          <w:tcPr>
            <w:tcW w:type="dxa" w:w="3742"/>
          </w:tcPr>
          <w:p>
            <w:r/>
          </w:p>
        </w:tc>
      </w:tr>
      <w:tr>
        <w:trPr>
          <w:trHeight w:val="1247" w:hRule="atLeast"/>
        </w:trPr>
        <w:tc>
          <w:tcPr>
            <w:tcW w:type="dxa" w:w="1814"/>
          </w:tcPr>
          <w:p>
            <w:r/>
            <w:r>
              <w:rPr>
                <w:b/>
                <w:sz w:val="20"/>
              </w:rPr>
              <w:t>Abschluss</w:t>
            </w:r>
          </w:p>
        </w:tc>
        <w:tc>
          <w:tcPr>
            <w:tcW w:type="dxa" w:w="680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19"/>
              </w:rPr>
              <w:t>Was nimmst du aus dem Gespräch mit? Habe ich etwas Wichtiges nicht gefragt? Wann sehen wir uns wieder?</w:t>
            </w:r>
          </w:p>
        </w:tc>
        <w:tc>
          <w:tcPr>
            <w:tcW w:type="dxa" w:w="3742"/>
          </w:tcPr>
          <w:p>
            <w:r/>
          </w:p>
        </w:tc>
      </w:tr>
    </w:tbl>
    <w:p/>
    <w:p>
      <w:pPr>
        <w:pStyle w:val="Heading2"/>
      </w:pPr>
      <w:r>
        <w:t>Drei Formulierungen, vorher ausgeschrieben</w:t>
      </w:r>
    </w:p>
    <w:tbl>
      <w:tblPr>
        <w:tblStyle w:val="TableGrid"/>
        <w:tblW w:w="9639" w:type="dxa"/>
        <w:jc w:val="center"/>
        <w:tblBorders>
          <w:top w:val="single" w:sz="4" w:space="0" w:color="B8C4CE"/>
          <w:left w:val="single" w:sz="4" w:space="0" w:color="B8C4CE"/>
          <w:bottom w:val="single" w:sz="4" w:space="0" w:color="B8C4CE"/>
          <w:right w:val="single" w:sz="4" w:space="0" w:color="B8C4CE"/>
          <w:insideH w:val="single" w:sz="4" w:space="0" w:color="B8C4CE"/>
          <w:insideV w:val="single" w:sz="4" w:space="0" w:color="B8C4CE"/>
        </w:tblBorders>
        <w:tblLayout w:type="fixed"/>
        <w:tblLook w:firstColumn="1" w:firstRow="1" w:lastColumn="0" w:lastRow="0" w:noHBand="0" w:noVBand="1" w:val="04A0"/>
      </w:tblPr>
      <w:tblGrid>
        <w:gridCol w:w="1814"/>
        <w:gridCol w:w="3175"/>
        <w:gridCol w:w="4649"/>
      </w:tblGrid>
      <w:tr>
        <w:tc>
          <w:tcPr>
            <w:tcW w:type="dxa" w:w="1814"/>
            <w:shd w:val="clear" w:color="auto" w:fill="E2ECF3"/>
          </w:tcPr>
          <w:p>
            <w:r/>
            <w:r>
              <w:rPr>
                <w:b/>
                <w:sz w:val="18"/>
              </w:rPr>
              <w:t>Wofür</w:t>
            </w:r>
          </w:p>
        </w:tc>
        <w:tc>
          <w:tcPr>
            <w:tcW w:type="dxa" w:w="3175"/>
            <w:shd w:val="clear" w:color="auto" w:fill="E2ECF3"/>
          </w:tcPr>
          <w:p>
            <w:r/>
            <w:r>
              <w:rPr>
                <w:b/>
                <w:sz w:val="18"/>
              </w:rPr>
              <w:t>Aufbau</w:t>
            </w:r>
          </w:p>
        </w:tc>
        <w:tc>
          <w:tcPr>
            <w:tcW w:type="dxa" w:w="4649"/>
            <w:shd w:val="clear" w:color="auto" w:fill="E2ECF3"/>
          </w:tcPr>
          <w:p>
            <w:r/>
            <w:r>
              <w:rPr>
                <w:b/>
                <w:sz w:val="18"/>
              </w:rPr>
              <w:t>Dein Satz</w:t>
            </w:r>
          </w:p>
        </w:tc>
      </w:tr>
      <w:tr>
        <w:trPr>
          <w:trHeight w:val="907" w:hRule="atLeast"/>
        </w:trPr>
        <w:tc>
          <w:tcPr>
            <w:tcW w:type="dxa" w:w="1814"/>
          </w:tcPr>
          <w:p>
            <w:r/>
            <w:r>
              <w:rPr>
                <w:b/>
                <w:sz w:val="20"/>
              </w:rPr>
              <w:t>Für Anerkennung</w:t>
            </w:r>
          </w:p>
        </w:tc>
        <w:tc>
          <w:tcPr>
            <w:tcW w:type="dxa" w:w="3175"/>
          </w:tcPr>
          <w:p>
            <w:r/>
            <w:r>
              <w:rPr>
                <w:b w:val="0"/>
                <w:sz w:val="19"/>
              </w:rPr>
              <w:t>Konkrete Situation, konkrete Wirkung, kein Pauschallob.</w:t>
            </w:r>
          </w:p>
        </w:tc>
        <w:tc>
          <w:tcPr>
            <w:tcW w:type="dxa" w:w="4649"/>
          </w:tcPr>
          <w:p>
            <w:r/>
          </w:p>
        </w:tc>
      </w:tr>
      <w:tr>
        <w:trPr>
          <w:trHeight w:val="907" w:hRule="atLeast"/>
        </w:trPr>
        <w:tc>
          <w:tcPr>
            <w:tcW w:type="dxa" w:w="1814"/>
          </w:tcPr>
          <w:p>
            <w:r/>
            <w:r>
              <w:rPr>
                <w:b/>
                <w:sz w:val="20"/>
              </w:rPr>
              <w:t>Für Kritik</w:t>
            </w:r>
          </w:p>
        </w:tc>
        <w:tc>
          <w:tcPr>
            <w:tcW w:type="dxa" w:w="3175"/>
          </w:tcPr>
          <w:p>
            <w:r/>
            <w:r>
              <w:rPr>
                <w:b w:val="0"/>
                <w:sz w:val="19"/>
              </w:rPr>
              <w:t>Beobachtung, Wirkung, Wunsch, in dieser Reihenfolge.</w:t>
            </w:r>
          </w:p>
        </w:tc>
        <w:tc>
          <w:tcPr>
            <w:tcW w:type="dxa" w:w="4649"/>
          </w:tcPr>
          <w:p>
            <w:r/>
          </w:p>
        </w:tc>
      </w:tr>
      <w:tr>
        <w:trPr>
          <w:trHeight w:val="907" w:hRule="atLeast"/>
        </w:trPr>
        <w:tc>
          <w:tcPr>
            <w:tcW w:type="dxa" w:w="1814"/>
          </w:tcPr>
          <w:p>
            <w:r/>
            <w:r>
              <w:rPr>
                <w:b/>
                <w:sz w:val="20"/>
              </w:rPr>
              <w:t>Für Grenzen</w:t>
            </w:r>
          </w:p>
        </w:tc>
        <w:tc>
          <w:tcPr>
            <w:tcW w:type="dxa" w:w="3175"/>
          </w:tcPr>
          <w:p>
            <w:r/>
            <w:r>
              <w:rPr>
                <w:b w:val="0"/>
                <w:sz w:val="19"/>
              </w:rPr>
              <w:t>Was ich heute nicht zusagen kann und bis wann ich es weiß.</w:t>
            </w:r>
          </w:p>
        </w:tc>
        <w:tc>
          <w:tcPr>
            <w:tcW w:type="dxa" w:w="4649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Bogen 4: Protokoll</w:t>
      </w:r>
    </w:p>
    <w:p>
      <w:r>
        <w:rPr>
          <w:i/>
          <w:color w:val="627684"/>
          <w:sz w:val="19"/>
        </w:rPr>
        <w:t>Am selben Tag ins Reine schreiben, gegenlesen lassen, beide unterschreiben. Länger als drei Tage sollte das nicht dauern.</w:t>
      </w:r>
    </w:p>
    <w:tbl>
      <w:tblPr>
        <w:tblStyle w:val="TableGrid"/>
        <w:tblW w:w="9639" w:type="dxa"/>
        <w:jc w:val="center"/>
        <w:tblBorders>
          <w:top w:val="single" w:sz="4" w:space="0" w:color="B8C4CE"/>
          <w:left w:val="single" w:sz="4" w:space="0" w:color="B8C4CE"/>
          <w:bottom w:val="single" w:sz="4" w:space="0" w:color="B8C4CE"/>
          <w:right w:val="single" w:sz="4" w:space="0" w:color="B8C4CE"/>
          <w:insideH w:val="single" w:sz="4" w:space="0" w:color="B8C4CE"/>
          <w:insideV w:val="single" w:sz="4" w:space="0" w:color="B8C4CE"/>
        </w:tblBorders>
        <w:tblLayout w:type="fixed"/>
        <w:tblLook w:firstColumn="1" w:firstRow="1" w:lastColumn="0" w:lastRow="0" w:noHBand="0" w:noVBand="1" w:val="04A0"/>
      </w:tblPr>
      <w:tblGrid>
        <w:gridCol w:w="2835"/>
        <w:gridCol w:w="6804"/>
      </w:tblGrid>
      <w:tr>
        <w:tc>
          <w:tcPr>
            <w:tcW w:type="dxa" w:w="2835"/>
            <w:shd w:val="clear" w:color="auto" w:fill="E2ECF3"/>
          </w:tcPr>
          <w:p>
            <w:r/>
            <w:r>
              <w:rPr>
                <w:b/>
                <w:sz w:val="18"/>
              </w:rPr>
              <w:t>Feld</w:t>
            </w:r>
          </w:p>
        </w:tc>
        <w:tc>
          <w:tcPr>
            <w:tcW w:type="dxa" w:w="6803"/>
            <w:shd w:val="clear" w:color="auto" w:fill="E2ECF3"/>
          </w:tcPr>
          <w:p>
            <w:r/>
            <w:r>
              <w:rPr>
                <w:b/>
                <w:sz w:val="18"/>
              </w:rPr>
              <w:t>Eintrag</w:t>
            </w:r>
          </w:p>
        </w:tc>
      </w:tr>
      <w:tr>
        <w:trPr>
          <w:trHeight w:val="595" w:hRule="atLeast"/>
        </w:trPr>
        <w:tc>
          <w:tcPr>
            <w:tcW w:type="dxa" w:w="2835"/>
          </w:tcPr>
          <w:p>
            <w:r/>
            <w:r>
              <w:rPr>
                <w:b/>
                <w:sz w:val="20"/>
              </w:rPr>
              <w:t>Gespräch</w:t>
            </w:r>
          </w:p>
        </w:tc>
        <w:tc>
          <w:tcPr>
            <w:tcW w:type="dxa" w:w="6803"/>
          </w:tcPr>
          <w:p>
            <w:r/>
          </w:p>
        </w:tc>
      </w:tr>
      <w:tr>
        <w:trPr>
          <w:trHeight w:val="595" w:hRule="atLeast"/>
        </w:trPr>
        <w:tc>
          <w:tcPr>
            <w:tcW w:type="dxa" w:w="2835"/>
          </w:tcPr>
          <w:p>
            <w:r/>
            <w:r>
              <w:rPr>
                <w:b/>
                <w:sz w:val="20"/>
              </w:rPr>
              <w:t>Teilnehmende</w:t>
            </w:r>
          </w:p>
        </w:tc>
        <w:tc>
          <w:tcPr>
            <w:tcW w:type="dxa" w:w="6803"/>
          </w:tcPr>
          <w:p>
            <w:r/>
          </w:p>
        </w:tc>
      </w:tr>
      <w:tr>
        <w:trPr>
          <w:trHeight w:val="1871" w:hRule="atLeast"/>
        </w:trPr>
        <w:tc>
          <w:tcPr>
            <w:tcW w:type="dxa" w:w="2835"/>
          </w:tcPr>
          <w:p>
            <w:r/>
            <w:r>
              <w:rPr>
                <w:b/>
                <w:sz w:val="20"/>
              </w:rPr>
              <w:t>Rückblick in drei Sätzen</w:t>
            </w:r>
          </w:p>
        </w:tc>
        <w:tc>
          <w:tcPr>
            <w:tcW w:type="dxa" w:w="6803"/>
          </w:tcPr>
          <w:p>
            <w:r/>
          </w:p>
        </w:tc>
      </w:tr>
      <w:tr>
        <w:trPr>
          <w:trHeight w:val="1445" w:hRule="atLeast"/>
        </w:trPr>
        <w:tc>
          <w:tcPr>
            <w:tcW w:type="dxa" w:w="2835"/>
          </w:tcPr>
          <w:p>
            <w:r/>
            <w:r>
              <w:rPr>
                <w:b/>
                <w:sz w:val="20"/>
              </w:rPr>
              <w:t>Vereinbarung zur Zusammenarbeit</w:t>
            </w:r>
          </w:p>
        </w:tc>
        <w:tc>
          <w:tcPr>
            <w:tcW w:type="dxa" w:w="6803"/>
          </w:tcPr>
          <w:p>
            <w:r/>
          </w:p>
        </w:tc>
      </w:tr>
      <w:tr>
        <w:trPr>
          <w:trHeight w:val="1020" w:hRule="atLeast"/>
        </w:trPr>
        <w:tc>
          <w:tcPr>
            <w:tcW w:type="dxa" w:w="2835"/>
          </w:tcPr>
          <w:p>
            <w:r/>
            <w:r>
              <w:rPr>
                <w:b/>
                <w:sz w:val="20"/>
              </w:rPr>
              <w:t>Entwicklung</w:t>
            </w:r>
          </w:p>
        </w:tc>
        <w:tc>
          <w:tcPr>
            <w:tcW w:type="dxa" w:w="6803"/>
          </w:tcPr>
          <w:p>
            <w:r/>
          </w:p>
        </w:tc>
      </w:tr>
      <w:tr>
        <w:trPr>
          <w:trHeight w:val="1445" w:hRule="atLeast"/>
        </w:trPr>
        <w:tc>
          <w:tcPr>
            <w:tcW w:type="dxa" w:w="2835"/>
          </w:tcPr>
          <w:p>
            <w:r/>
            <w:r>
              <w:rPr>
                <w:b/>
                <w:sz w:val="20"/>
              </w:rPr>
              <w:t>Offene Punkte</w:t>
            </w:r>
          </w:p>
        </w:tc>
        <w:tc>
          <w:tcPr>
            <w:tcW w:type="dxa" w:w="6803"/>
          </w:tcPr>
          <w:p>
            <w:r/>
          </w:p>
        </w:tc>
      </w:tr>
      <w:tr>
        <w:trPr>
          <w:trHeight w:val="595" w:hRule="atLeast"/>
        </w:trPr>
        <w:tc>
          <w:tcPr>
            <w:tcW w:type="dxa" w:w="2835"/>
          </w:tcPr>
          <w:p>
            <w:r/>
            <w:r>
              <w:rPr>
                <w:b/>
                <w:sz w:val="20"/>
              </w:rPr>
              <w:t>Ziele</w:t>
            </w:r>
          </w:p>
        </w:tc>
        <w:tc>
          <w:tcPr>
            <w:tcW w:type="dxa" w:w="6803"/>
          </w:tcPr>
          <w:p>
            <w:r/>
          </w:p>
        </w:tc>
      </w:tr>
      <w:tr>
        <w:trPr>
          <w:trHeight w:val="1871" w:hRule="atLeast"/>
        </w:trPr>
        <w:tc>
          <w:tcPr>
            <w:tcW w:type="dxa" w:w="2835"/>
          </w:tcPr>
          <w:p>
            <w:r/>
            <w:r>
              <w:rPr>
                <w:b/>
                <w:sz w:val="20"/>
              </w:rPr>
              <w:t>Ergänzungen des Mitarbeiters</w:t>
            </w:r>
          </w:p>
        </w:tc>
        <w:tc>
          <w:tcPr>
            <w:tcW w:type="dxa" w:w="6803"/>
          </w:tcPr>
          <w:p>
            <w:r/>
          </w:p>
        </w:tc>
      </w:tr>
      <w:tr>
        <w:trPr>
          <w:trHeight w:val="1134" w:hRule="atLeast"/>
        </w:trPr>
        <w:tc>
          <w:tcPr>
            <w:tcW w:type="dxa" w:w="2835"/>
          </w:tcPr>
          <w:p>
            <w:r/>
            <w:r>
              <w:rPr>
                <w:b/>
                <w:sz w:val="20"/>
              </w:rPr>
              <w:t>Zwischengespräche (drei Termine, je 30 Minuten)</w:t>
            </w:r>
          </w:p>
        </w:tc>
        <w:tc>
          <w:tcPr>
            <w:tcW w:type="dxa" w:w="6803"/>
          </w:tcPr>
          <w:p>
            <w:r/>
            <w:r>
              <w:rPr>
                <w:b w:val="0"/>
                <w:sz w:val="19"/>
              </w:rPr>
              <w:t>1.</w:t>
              <w:br/>
              <w:t>2.</w:t>
              <w:br/>
              <w:t>3.</w:t>
            </w:r>
          </w:p>
        </w:tc>
      </w:tr>
      <w:tr>
        <w:trPr>
          <w:trHeight w:val="680" w:hRule="atLeast"/>
        </w:trPr>
        <w:tc>
          <w:tcPr>
            <w:tcW w:type="dxa" w:w="2835"/>
          </w:tcPr>
          <w:p>
            <w:r/>
            <w:r>
              <w:rPr>
                <w:b/>
                <w:sz w:val="20"/>
              </w:rPr>
              <w:t>Unterschrift Mitarbeiter, Datum</w:t>
            </w:r>
          </w:p>
        </w:tc>
        <w:tc>
          <w:tcPr>
            <w:tcW w:type="dxa" w:w="6803"/>
          </w:tcPr>
          <w:p>
            <w:r/>
          </w:p>
        </w:tc>
      </w:tr>
      <w:tr>
        <w:trPr>
          <w:trHeight w:val="680" w:hRule="atLeast"/>
        </w:trPr>
        <w:tc>
          <w:tcPr>
            <w:tcW w:type="dxa" w:w="2835"/>
          </w:tcPr>
          <w:p>
            <w:r/>
            <w:r>
              <w:rPr>
                <w:b/>
                <w:sz w:val="20"/>
              </w:rPr>
              <w:t>Unterschrift Führungskraft, Datum</w:t>
            </w:r>
          </w:p>
        </w:tc>
        <w:tc>
          <w:tcPr>
            <w:tcW w:type="dxa" w:w="6803"/>
          </w:tcPr>
          <w:p>
            <w:r/>
          </w:p>
        </w:tc>
      </w:tr>
    </w:tbl>
    <w:p>
      <w:r>
        <w:rPr>
          <w:i/>
          <w:color w:val="627684"/>
          <w:sz w:val="19"/>
        </w:rPr>
        <w:t>Gibt es eine Betriebsvereinbarung zu Mitarbeitergesprächen, geht sie dieser Vorlage vor.</w:t>
      </w:r>
    </w:p>
    <w:p>
      <w:pPr>
        <w:sectPr>
          <w:pgSz w:w="11906" w:h="16838"/>
          <w:pgMar w:top="1020" w:right="1134" w:bottom="907" w:left="1134" w:header="720" w:footer="720" w:gutter="0"/>
          <w:cols w:space="720"/>
          <w:docGrid w:linePitch="360"/>
        </w:sectPr>
      </w:pPr>
    </w:p>
    <w:p>
      <w:pPr>
        <w:pStyle w:val="Heading1"/>
      </w:pPr>
      <w:r>
        <w:t>Bogen 4: Zielvereinbarung</w:t>
      </w:r>
    </w:p>
    <w:p>
      <w:r>
        <w:rPr>
          <w:i/>
          <w:color w:val="627684"/>
          <w:sz w:val="19"/>
        </w:rPr>
        <w:t>Jedes Ziel mit Messgröße, Ausgangswert, Zielwert und Termin. Im Zwischengespräch nur die Spalten Stand ausfüllen und je Ziel entscheiden: weiter, anpassen oder streichen.</w:t>
      </w:r>
    </w:p>
    <w:tbl>
      <w:tblPr>
        <w:tblStyle w:val="TableGrid"/>
        <w:tblW w:w="14231" w:type="dxa"/>
        <w:jc w:val="center"/>
        <w:tblBorders>
          <w:top w:val="single" w:sz="4" w:space="0" w:color="B8C4CE"/>
          <w:left w:val="single" w:sz="4" w:space="0" w:color="B8C4CE"/>
          <w:bottom w:val="single" w:sz="4" w:space="0" w:color="B8C4CE"/>
          <w:right w:val="single" w:sz="4" w:space="0" w:color="B8C4CE"/>
          <w:insideH w:val="single" w:sz="4" w:space="0" w:color="B8C4CE"/>
          <w:insideV w:val="single" w:sz="4" w:space="0" w:color="B8C4CE"/>
        </w:tblBorders>
        <w:tblLayout w:type="fixed"/>
        <w:tblLook w:firstColumn="1" w:firstRow="1" w:lastColumn="0" w:lastRow="0" w:noHBand="0" w:noVBand="1" w:val="04A0"/>
      </w:tblPr>
      <w:tblGrid>
        <w:gridCol w:w="2381"/>
        <w:gridCol w:w="2041"/>
        <w:gridCol w:w="1134"/>
        <w:gridCol w:w="1134"/>
        <w:gridCol w:w="1134"/>
        <w:gridCol w:w="2835"/>
        <w:gridCol w:w="1190"/>
        <w:gridCol w:w="1190"/>
        <w:gridCol w:w="1190"/>
      </w:tblGrid>
      <w:tr>
        <w:tc>
          <w:tcPr>
            <w:tcW w:type="dxa" w:w="2381"/>
            <w:shd w:val="clear" w:color="auto" w:fill="E2ECF3"/>
          </w:tcPr>
          <w:p>
            <w:r/>
            <w:r>
              <w:rPr>
                <w:b/>
                <w:sz w:val="18"/>
              </w:rPr>
              <w:t>Ziel</w:t>
            </w:r>
          </w:p>
        </w:tc>
        <w:tc>
          <w:tcPr>
            <w:tcW w:type="dxa" w:w="2041"/>
            <w:shd w:val="clear" w:color="auto" w:fill="E2ECF3"/>
          </w:tcPr>
          <w:p>
            <w:r/>
            <w:r>
              <w:rPr>
                <w:b/>
                <w:sz w:val="18"/>
              </w:rPr>
              <w:t>Messgröße</w:t>
            </w:r>
          </w:p>
        </w:tc>
        <w:tc>
          <w:tcPr>
            <w:tcW w:type="dxa" w:w="1134"/>
            <w:shd w:val="clear" w:color="auto" w:fill="E2ECF3"/>
          </w:tcPr>
          <w:p>
            <w:r/>
            <w:r>
              <w:rPr>
                <w:b/>
                <w:sz w:val="18"/>
              </w:rPr>
              <w:t>Stand heute</w:t>
            </w:r>
          </w:p>
        </w:tc>
        <w:tc>
          <w:tcPr>
            <w:tcW w:type="dxa" w:w="1134"/>
            <w:shd w:val="clear" w:color="auto" w:fill="E2ECF3"/>
          </w:tcPr>
          <w:p>
            <w:r/>
            <w:r>
              <w:rPr>
                <w:b/>
                <w:sz w:val="18"/>
              </w:rPr>
              <w:t>Zielwert</w:t>
            </w:r>
          </w:p>
        </w:tc>
        <w:tc>
          <w:tcPr>
            <w:tcW w:type="dxa" w:w="1134"/>
            <w:shd w:val="clear" w:color="auto" w:fill="E2ECF3"/>
          </w:tcPr>
          <w:p>
            <w:r/>
            <w:r>
              <w:rPr>
                <w:b/>
                <w:sz w:val="18"/>
              </w:rPr>
              <w:t>Termin</w:t>
            </w:r>
          </w:p>
        </w:tc>
        <w:tc>
          <w:tcPr>
            <w:tcW w:type="dxa" w:w="2835"/>
            <w:shd w:val="clear" w:color="auto" w:fill="E2ECF3"/>
          </w:tcPr>
          <w:p>
            <w:r/>
            <w:r>
              <w:rPr>
                <w:b/>
                <w:sz w:val="18"/>
              </w:rPr>
              <w:t>Unterstützung durch die Führungskraft</w:t>
            </w:r>
          </w:p>
        </w:tc>
        <w:tc>
          <w:tcPr>
            <w:tcW w:type="dxa" w:w="1191"/>
            <w:shd w:val="clear" w:color="auto" w:fill="E2ECF3"/>
          </w:tcPr>
          <w:p>
            <w:r/>
            <w:r>
              <w:rPr>
                <w:b/>
                <w:sz w:val="18"/>
              </w:rPr>
              <w:t>Stand 1</w:t>
            </w:r>
          </w:p>
        </w:tc>
        <w:tc>
          <w:tcPr>
            <w:tcW w:type="dxa" w:w="1191"/>
            <w:shd w:val="clear" w:color="auto" w:fill="E2ECF3"/>
          </w:tcPr>
          <w:p>
            <w:r/>
            <w:r>
              <w:rPr>
                <w:b/>
                <w:sz w:val="18"/>
              </w:rPr>
              <w:t>Stand 2</w:t>
            </w:r>
          </w:p>
        </w:tc>
        <w:tc>
          <w:tcPr>
            <w:tcW w:type="dxa" w:w="1191"/>
            <w:shd w:val="clear" w:color="auto" w:fill="E2ECF3"/>
          </w:tcPr>
          <w:p>
            <w:r/>
            <w:r>
              <w:rPr>
                <w:b/>
                <w:sz w:val="18"/>
              </w:rPr>
              <w:t>Stand 3</w:t>
            </w:r>
          </w:p>
        </w:tc>
      </w:tr>
      <w:tr>
        <w:trPr>
          <w:trHeight w:val="1814" w:hRule="atLeast"/>
        </w:trPr>
        <w:tc>
          <w:tcPr>
            <w:tcW w:type="dxa" w:w="2381"/>
          </w:tcPr>
          <w:p>
            <w:r/>
            <w:r>
              <w:rPr>
                <w:b/>
                <w:sz w:val="20"/>
              </w:rPr>
              <w:t>1.</w:t>
            </w:r>
          </w:p>
        </w:tc>
        <w:tc>
          <w:tcPr>
            <w:tcW w:type="dxa" w:w="2041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2835"/>
          </w:tcPr>
          <w:p>
            <w:r/>
          </w:p>
        </w:tc>
        <w:tc>
          <w:tcPr>
            <w:tcW w:type="dxa" w:w="1191"/>
          </w:tcPr>
          <w:p>
            <w:r/>
          </w:p>
        </w:tc>
        <w:tc>
          <w:tcPr>
            <w:tcW w:type="dxa" w:w="1191"/>
          </w:tcPr>
          <w:p>
            <w:r/>
          </w:p>
        </w:tc>
        <w:tc>
          <w:tcPr>
            <w:tcW w:type="dxa" w:w="1191"/>
          </w:tcPr>
          <w:p>
            <w:r/>
          </w:p>
        </w:tc>
      </w:tr>
      <w:tr>
        <w:trPr>
          <w:trHeight w:val="1814" w:hRule="atLeast"/>
        </w:trPr>
        <w:tc>
          <w:tcPr>
            <w:tcW w:type="dxa" w:w="2381"/>
          </w:tcPr>
          <w:p>
            <w:r/>
            <w:r>
              <w:rPr>
                <w:b/>
                <w:sz w:val="20"/>
              </w:rPr>
              <w:t>2.</w:t>
            </w:r>
          </w:p>
        </w:tc>
        <w:tc>
          <w:tcPr>
            <w:tcW w:type="dxa" w:w="2041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2835"/>
          </w:tcPr>
          <w:p>
            <w:r/>
          </w:p>
        </w:tc>
        <w:tc>
          <w:tcPr>
            <w:tcW w:type="dxa" w:w="1191"/>
          </w:tcPr>
          <w:p>
            <w:r/>
          </w:p>
        </w:tc>
        <w:tc>
          <w:tcPr>
            <w:tcW w:type="dxa" w:w="1191"/>
          </w:tcPr>
          <w:p>
            <w:r/>
          </w:p>
        </w:tc>
        <w:tc>
          <w:tcPr>
            <w:tcW w:type="dxa" w:w="1191"/>
          </w:tcPr>
          <w:p>
            <w:r/>
          </w:p>
        </w:tc>
      </w:tr>
      <w:tr>
        <w:trPr>
          <w:trHeight w:val="1814" w:hRule="atLeast"/>
        </w:trPr>
        <w:tc>
          <w:tcPr>
            <w:tcW w:type="dxa" w:w="2381"/>
          </w:tcPr>
          <w:p>
            <w:r/>
            <w:r>
              <w:rPr>
                <w:b/>
                <w:sz w:val="20"/>
              </w:rPr>
              <w:t>3.</w:t>
            </w:r>
          </w:p>
        </w:tc>
        <w:tc>
          <w:tcPr>
            <w:tcW w:type="dxa" w:w="2041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2835"/>
          </w:tcPr>
          <w:p>
            <w:r/>
          </w:p>
        </w:tc>
        <w:tc>
          <w:tcPr>
            <w:tcW w:type="dxa" w:w="1191"/>
          </w:tcPr>
          <w:p>
            <w:r/>
          </w:p>
        </w:tc>
        <w:tc>
          <w:tcPr>
            <w:tcW w:type="dxa" w:w="1191"/>
          </w:tcPr>
          <w:p>
            <w:r/>
          </w:p>
        </w:tc>
        <w:tc>
          <w:tcPr>
            <w:tcW w:type="dxa" w:w="1191"/>
          </w:tcPr>
          <w:p>
            <w:r/>
          </w:p>
        </w:tc>
      </w:tr>
    </w:tbl>
    <w:p>
      <w:r>
        <w:rPr>
          <w:color w:val="627684"/>
          <w:sz w:val="16"/>
        </w:rPr>
        <w:t>Vorlage von gaapp.io</w:t>
      </w:r>
    </w:p>
    <w:sectPr w:rsidR="00FC693F" w:rsidRPr="0006063C" w:rsidSect="00034616">
      <w:pgSz w:w="16838" w:h="11906" w:orient="landscape"/>
      <w:pgMar w:top="1020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D1C2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D1C2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D1C26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Mitarbeitergespräch-Vorlage</dc:title>
  <dc:subject/>
  <dc:creator>Gaapp-Redaktion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